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18181B"/>
            <w:tcMar>
              <w:top w:w="160" w:type="dxa"/>
              <w:bottom w:w="160" w:type="dxa"/>
              <w:left w:w="200" w:type="dxa"/>
              <w:right w:w="200" w:type="dxa"/>
            </w:tcMar>
          </w:tcPr>
          <w:p>
            <w:pPr>
              <w:spacing w:before="0" w:after="40"/>
              <w:jc w:val="center"/>
            </w:pPr>
            <w:r>
              <w:rPr>
                <w:rFonts w:ascii="Georgia" w:hAnsi="Georgia"/>
                <w:b/>
                <w:color w:val="FFFFFF"/>
                <w:sz w:val="40"/>
              </w:rPr>
              <w:t>HILLARY V. SMITH</w:t>
            </w:r>
          </w:p>
          <w:p>
            <w:pPr>
              <w:spacing w:before="0" w:after="80"/>
              <w:jc w:val="center"/>
            </w:pPr>
            <w:r>
              <w:rPr>
                <w:rFonts w:ascii="Georgia" w:hAnsi="Georgia"/>
                <w:b/>
                <w:color w:val="D97706"/>
                <w:sz w:val="19"/>
              </w:rPr>
              <w:t>COMMERCIAL CLEANING &amp; JANITORIAL SPECIALIST</w:t>
            </w:r>
          </w:p>
          <w:p>
            <w:pPr>
              <w:spacing w:before="0" w:after="0"/>
              <w:jc w:val="center"/>
            </w:pPr>
            <w:r>
              <w:rPr>
                <w:rFonts w:ascii="Georgia" w:hAnsi="Georgia"/>
                <w:color w:val="F0F0F0"/>
                <w:sz w:val="18"/>
              </w:rPr>
              <w:t>41 St. George St, Brantford, ON  •  (519) 420-8961  •  Smittensmitty29@gmail.com</w:t>
            </w:r>
          </w:p>
        </w:tc>
      </w:tr>
    </w:tbl>
    <w:p>
      <w:pPr>
        <w:spacing w:before="160" w:after="60"/>
        <w:pBdr>
          <w:bottom w:val="single" w:sz="8" w:space="2" w:color="18181B"/>
        </w:pBdr>
      </w:pPr>
      <w:r>
        <w:rPr>
          <w:rFonts w:ascii="Georgia" w:hAnsi="Georgia"/>
          <w:b/>
          <w:color w:val="18181B"/>
          <w:sz w:val="22"/>
        </w:rPr>
        <w:t>PROFESSIONAL SUMMARY</w:t>
      </w:r>
    </w:p>
    <w:p>
      <w:pPr>
        <w:spacing w:before="40" w:after="120" w:line="276" w:lineRule="auto"/>
      </w:pPr>
      <w:r>
        <w:rPr>
          <w:rFonts w:ascii="Georgia" w:hAnsi="Georgia"/>
          <w:color w:val="282828"/>
          <w:sz w:val="19"/>
        </w:rPr>
        <w:t>Reliable, detail-oriented Cleaning Professional with extensive practical experience in commercial janitorial services, facility upkeep, and public building care. Skilled in deep cleaning, disinfection protocols, floor maintenance (sweeping, mopping, buffing, vacuuming), and safe chemical handling. Authorized key holder trusted with building security, punctual attendance, and autonomous task execution. Immediate availability for early morning and weekend shifts.</w:t>
      </w:r>
    </w:p>
    <w:p>
      <w:pPr>
        <w:spacing w:before="160" w:after="60"/>
        <w:pBdr>
          <w:bottom w:val="single" w:sz="8" w:space="2" w:color="18181B"/>
        </w:pBdr>
      </w:pPr>
      <w:r>
        <w:rPr>
          <w:rFonts w:ascii="Georgia" w:hAnsi="Georgia"/>
          <w:b/>
          <w:color w:val="18181B"/>
          <w:sz w:val="22"/>
        </w:rPr>
        <w:t>CORE SKILLS &amp; COMPETENCIES</w:t>
      </w:r>
    </w:p>
    <w:tbl>
      <w:tblPr>
        <w:tblW w:type="auto" w:w="0"/>
        <w:jc w:val="center"/>
        <w:tblLayout w:type="fixed"/>
        <w:tblLook w:firstColumn="1" w:firstRow="1" w:lastColumn="0" w:lastRow="0" w:noHBand="0" w:noVBand="1" w:val="04A0"/>
      </w:tblPr>
      <w:tblGrid>
        <w:gridCol w:w="5400"/>
        <w:gridCol w:w="5400"/>
      </w:tblGrid>
      <w:tr>
        <w:tc>
          <w:tcPr>
            <w:tcW w:type="dxa" w:w="5400"/>
            <w:shd w:fill="F8FAFC"/>
            <w:tcMar>
              <w:top w:w="60" w:type="dxa"/>
              <w:bottom w:w="60" w:type="dxa"/>
              <w:left w:w="100" w:type="dxa"/>
              <w:right w:w="100" w:type="dxa"/>
            </w:tcMar>
          </w:tcPr>
          <w:p>
            <w:pPr>
              <w:spacing w:before="0" w:after="20"/>
            </w:pPr>
            <w:r>
              <w:rPr>
                <w:rFonts w:ascii="Georgia" w:hAnsi="Georgia"/>
                <w:b/>
                <w:color w:val="141414"/>
                <w:sz w:val="18"/>
              </w:rPr>
              <w:t xml:space="preserve">• Commercial Janitorial: </w:t>
            </w:r>
            <w:r>
              <w:rPr>
                <w:rFonts w:ascii="Georgia" w:hAnsi="Georgia"/>
                <w:color w:val="464646"/>
                <w:sz w:val="17"/>
              </w:rPr>
              <w:t>Daily sanitization, dusting, sweeping, mopping, complete restroom &amp; breakroom disinfection.</w:t>
            </w:r>
          </w:p>
        </w:tc>
        <w:tc>
          <w:tcPr>
            <w:tcW w:type="dxa" w:w="5400"/>
            <w:shd w:fill="F8FAFC"/>
            <w:tcMar>
              <w:top w:w="60" w:type="dxa"/>
              <w:bottom w:w="60" w:type="dxa"/>
              <w:left w:w="100" w:type="dxa"/>
              <w:right w:w="100" w:type="dxa"/>
            </w:tcMar>
          </w:tcPr>
          <w:p>
            <w:pPr>
              <w:spacing w:before="0" w:after="20"/>
            </w:pPr>
            <w:r>
              <w:rPr>
                <w:rFonts w:ascii="Georgia" w:hAnsi="Georgia"/>
                <w:b/>
                <w:color w:val="141414"/>
                <w:sz w:val="18"/>
              </w:rPr>
              <w:t xml:space="preserve">• Floor &amp; Surface Care: </w:t>
            </w:r>
            <w:r>
              <w:rPr>
                <w:rFonts w:ascii="Georgia" w:hAnsi="Georgia"/>
                <w:color w:val="464646"/>
                <w:sz w:val="17"/>
              </w:rPr>
              <w:t>Vacuuming, carpet stain care, floor buffing, streak-free window and mirror glass detailing.</w:t>
            </w:r>
          </w:p>
        </w:tc>
      </w:tr>
      <w:tr>
        <w:tc>
          <w:tcPr>
            <w:tcW w:type="dxa" w:w="5400"/>
            <w:shd w:fill="F8FAFC"/>
            <w:tcMar>
              <w:top w:w="60" w:type="dxa"/>
              <w:bottom w:w="60" w:type="dxa"/>
              <w:left w:w="100" w:type="dxa"/>
              <w:right w:w="100" w:type="dxa"/>
            </w:tcMar>
          </w:tcPr>
          <w:p>
            <w:pPr>
              <w:spacing w:before="0" w:after="20"/>
            </w:pPr>
            <w:r>
              <w:rPr>
                <w:rFonts w:ascii="Georgia" w:hAnsi="Georgia"/>
                <w:b/>
                <w:color w:val="141414"/>
                <w:sz w:val="18"/>
              </w:rPr>
              <w:t xml:space="preserve">• Waste &amp; Safety Standards: </w:t>
            </w:r>
            <w:r>
              <w:rPr>
                <w:rFonts w:ascii="Georgia" w:hAnsi="Georgia"/>
                <w:color w:val="464646"/>
                <w:sz w:val="17"/>
              </w:rPr>
              <w:t>Trash &amp; recycling disposal, dispenser restocking, safe chemical dilution, and PPE compliance.</w:t>
            </w:r>
          </w:p>
        </w:tc>
        <w:tc>
          <w:tcPr>
            <w:tcW w:type="dxa" w:w="5400"/>
            <w:shd w:fill="F8FAFC"/>
            <w:tcMar>
              <w:top w:w="60" w:type="dxa"/>
              <w:bottom w:w="60" w:type="dxa"/>
              <w:left w:w="100" w:type="dxa"/>
              <w:right w:w="100" w:type="dxa"/>
            </w:tcMar>
          </w:tcPr>
          <w:p>
            <w:pPr>
              <w:spacing w:before="0" w:after="20"/>
            </w:pPr>
            <w:r>
              <w:rPr>
                <w:rFonts w:ascii="Georgia" w:hAnsi="Georgia"/>
                <w:b/>
                <w:color w:val="141414"/>
                <w:sz w:val="18"/>
              </w:rPr>
              <w:t xml:space="preserve">• Trust &amp; Security: </w:t>
            </w:r>
            <w:r>
              <w:rPr>
                <w:rFonts w:ascii="Georgia" w:hAnsi="Georgia"/>
                <w:color w:val="464646"/>
                <w:sz w:val="17"/>
              </w:rPr>
              <w:t>Authorized key holder, reliable building lock-up, punctual attendance, self-directed execution.</w:t>
            </w:r>
          </w:p>
        </w:tc>
      </w:tr>
    </w:tbl>
    <w:p>
      <w:pPr>
        <w:spacing w:before="160" w:after="60"/>
        <w:pBdr>
          <w:bottom w:val="single" w:sz="8" w:space="2" w:color="18181B"/>
        </w:pBdr>
      </w:pPr>
      <w:r>
        <w:rPr>
          <w:rFonts w:ascii="Georgia" w:hAnsi="Georgia"/>
          <w:b/>
          <w:color w:val="18181B"/>
          <w:sz w:val="22"/>
        </w:rPr>
        <w:t>PROFESSIONAL WORK EXPERIENCE</w:t>
      </w:r>
    </w:p>
    <w:p>
      <w:pPr>
        <w:spacing w:before="100" w:after="20"/>
      </w:pPr>
      <w:r>
        <w:rPr>
          <w:rFonts w:ascii="Georgia" w:hAnsi="Georgia"/>
          <w:b/>
          <w:color w:val="141414"/>
          <w:sz w:val="20"/>
        </w:rPr>
        <w:t>Commercial Cleaner &amp; Designated Key Holder</w:t>
      </w:r>
      <w:r>
        <w:rPr>
          <w:rFonts w:ascii="Georgia" w:hAnsi="Georgia"/>
          <w:color w:val="A0A0A0"/>
          <w:sz w:val="18"/>
        </w:rPr>
        <w:t xml:space="preserve">   |   </w:t>
      </w:r>
      <w:r>
        <w:rPr>
          <w:rFonts w:ascii="Georgia" w:hAnsi="Georgia"/>
          <w:b/>
          <w:color w:val="18181B"/>
          <w:sz w:val="18"/>
        </w:rPr>
        <w:t>2019</w:t>
      </w:r>
    </w:p>
    <w:p>
      <w:pPr>
        <w:spacing w:before="0" w:after="40"/>
      </w:pPr>
      <w:r>
        <w:rPr>
          <w:rFonts w:ascii="Georgia" w:hAnsi="Georgia"/>
          <w:i/>
          <w:color w:val="505050"/>
          <w:sz w:val="18"/>
        </w:rPr>
        <w:t>Supreme Cleaning Services • Port Dover, ON</w:t>
      </w:r>
    </w:p>
    <w:p>
      <w:pPr>
        <w:pStyle w:val="ListBullet"/>
        <w:spacing w:before="0" w:after="20"/>
        <w:ind w:left="360"/>
      </w:pPr>
      <w:r>
        <w:rPr>
          <w:rFonts w:ascii="Georgia" w:hAnsi="Georgia"/>
          <w:color w:val="323232"/>
          <w:sz w:val="17"/>
        </w:rPr>
        <w:t>Authorized key holder responsible for opening, closing, and securing client commercial sites and high-security premises.</w:t>
      </w:r>
    </w:p>
    <w:p>
      <w:pPr>
        <w:pStyle w:val="ListBullet"/>
        <w:spacing w:before="0" w:after="20"/>
        <w:ind w:left="360"/>
      </w:pPr>
      <w:r>
        <w:rPr>
          <w:rFonts w:ascii="Georgia" w:hAnsi="Georgia"/>
          <w:color w:val="323232"/>
          <w:sz w:val="17"/>
        </w:rPr>
        <w:t>Cleaned corporate offices, financial banks, and museums to exacting institutional standards.</w:t>
      </w:r>
    </w:p>
    <w:p>
      <w:pPr>
        <w:pStyle w:val="ListBullet"/>
        <w:spacing w:before="0" w:after="20"/>
        <w:ind w:left="360"/>
      </w:pPr>
      <w:r>
        <w:rPr>
          <w:rFonts w:ascii="Georgia" w:hAnsi="Georgia"/>
          <w:color w:val="323232"/>
          <w:sz w:val="17"/>
        </w:rPr>
        <w:t>Maintained meticulous adherence to hygiene checklists, ensuring immaculate reception spaces.</w:t>
      </w:r>
    </w:p>
    <w:p>
      <w:pPr>
        <w:spacing w:before="100" w:after="20"/>
      </w:pPr>
      <w:r>
        <w:rPr>
          <w:rFonts w:ascii="Georgia" w:hAnsi="Georgia"/>
          <w:b/>
          <w:color w:val="141414"/>
          <w:sz w:val="20"/>
        </w:rPr>
        <w:t>Janitorial / Building Maintenance Specialist</w:t>
      </w:r>
      <w:r>
        <w:rPr>
          <w:rFonts w:ascii="Georgia" w:hAnsi="Georgia"/>
          <w:color w:val="A0A0A0"/>
          <w:sz w:val="18"/>
        </w:rPr>
        <w:t xml:space="preserve">   |   </w:t>
      </w:r>
      <w:r>
        <w:rPr>
          <w:rFonts w:ascii="Georgia" w:hAnsi="Georgia"/>
          <w:b/>
          <w:color w:val="18181B"/>
          <w:sz w:val="18"/>
        </w:rPr>
        <w:t>2020 – 2021</w:t>
      </w:r>
    </w:p>
    <w:p>
      <w:pPr>
        <w:spacing w:before="0" w:after="40"/>
      </w:pPr>
      <w:r>
        <w:rPr>
          <w:rFonts w:ascii="Georgia" w:hAnsi="Georgia"/>
          <w:i/>
          <w:color w:val="505050"/>
          <w:sz w:val="18"/>
        </w:rPr>
        <w:t>Executive Janitorial Services • Brantford, ON</w:t>
      </w:r>
    </w:p>
    <w:p>
      <w:pPr>
        <w:pStyle w:val="ListBullet"/>
        <w:spacing w:before="0" w:after="20"/>
        <w:ind w:left="360"/>
      </w:pPr>
      <w:r>
        <w:rPr>
          <w:rFonts w:ascii="Georgia" w:hAnsi="Georgia"/>
          <w:color w:val="323232"/>
          <w:sz w:val="17"/>
        </w:rPr>
        <w:t>Delivered comprehensive daily cleaning and thorough sanitization across commercial offices and common areas.</w:t>
      </w:r>
    </w:p>
    <w:p>
      <w:pPr>
        <w:pStyle w:val="ListBullet"/>
        <w:spacing w:before="0" w:after="20"/>
        <w:ind w:left="360"/>
      </w:pPr>
      <w:r>
        <w:rPr>
          <w:rFonts w:ascii="Georgia" w:hAnsi="Georgia"/>
          <w:color w:val="323232"/>
          <w:sz w:val="17"/>
        </w:rPr>
        <w:t>Conducted routine floor treatments, sweeping, damp mopping, vacuuming, and disinfection of high-touch contact points.</w:t>
      </w:r>
    </w:p>
    <w:p>
      <w:pPr>
        <w:pStyle w:val="ListBullet"/>
        <w:spacing w:before="0" w:after="20"/>
        <w:ind w:left="360"/>
      </w:pPr>
      <w:r>
        <w:rPr>
          <w:rFonts w:ascii="Georgia" w:hAnsi="Georgia"/>
          <w:color w:val="323232"/>
          <w:sz w:val="17"/>
        </w:rPr>
        <w:t>Handled chemical cleaning agents according to strict safety sheets and performed routine stock replenishment.</w:t>
      </w:r>
    </w:p>
    <w:p>
      <w:pPr>
        <w:pStyle w:val="ListBullet"/>
        <w:spacing w:before="0" w:after="20"/>
        <w:ind w:left="360"/>
      </w:pPr>
      <w:r>
        <w:rPr>
          <w:rFonts w:ascii="Georgia" w:hAnsi="Georgia"/>
          <w:color w:val="323232"/>
          <w:sz w:val="17"/>
        </w:rPr>
        <w:t>Emptied recycling and trash containers, ensuring sanitary and tidy waste collection staging.</w:t>
      </w:r>
    </w:p>
    <w:p>
      <w:pPr>
        <w:spacing w:before="100" w:after="20"/>
      </w:pPr>
      <w:r>
        <w:rPr>
          <w:rFonts w:ascii="Georgia" w:hAnsi="Georgia"/>
          <w:b/>
          <w:color w:val="141414"/>
          <w:sz w:val="20"/>
        </w:rPr>
        <w:t>Maintenance &amp; Facilities Custodian</w:t>
      </w:r>
      <w:r>
        <w:rPr>
          <w:rFonts w:ascii="Georgia" w:hAnsi="Georgia"/>
          <w:color w:val="A0A0A0"/>
          <w:sz w:val="18"/>
        </w:rPr>
        <w:t xml:space="preserve">   |   </w:t>
      </w:r>
      <w:r>
        <w:rPr>
          <w:rFonts w:ascii="Georgia" w:hAnsi="Georgia"/>
          <w:b/>
          <w:color w:val="18181B"/>
          <w:sz w:val="18"/>
        </w:rPr>
        <w:t>2021 – 2023</w:t>
      </w:r>
    </w:p>
    <w:p>
      <w:pPr>
        <w:spacing w:before="0" w:after="40"/>
      </w:pPr>
      <w:r>
        <w:rPr>
          <w:rFonts w:ascii="Georgia" w:hAnsi="Georgia"/>
          <w:i/>
          <w:color w:val="505050"/>
          <w:sz w:val="18"/>
        </w:rPr>
        <w:t>Brantford Property Management • Brantford, ON</w:t>
      </w:r>
    </w:p>
    <w:p>
      <w:pPr>
        <w:pStyle w:val="ListBullet"/>
        <w:spacing w:before="0" w:after="20"/>
        <w:ind w:left="360"/>
      </w:pPr>
      <w:r>
        <w:rPr>
          <w:rFonts w:ascii="Georgia" w:hAnsi="Georgia"/>
          <w:color w:val="323232"/>
          <w:sz w:val="17"/>
        </w:rPr>
        <w:t>Ensured clean and inviting interior hallways, lobbies, entryways, and tenant community zones.</w:t>
      </w:r>
    </w:p>
    <w:p>
      <w:pPr>
        <w:pStyle w:val="ListBullet"/>
        <w:spacing w:before="0" w:after="20"/>
        <w:ind w:left="360"/>
      </w:pPr>
      <w:r>
        <w:rPr>
          <w:rFonts w:ascii="Georgia" w:hAnsi="Georgia"/>
          <w:color w:val="323232"/>
          <w:sz w:val="17"/>
        </w:rPr>
        <w:t>Assisted in high-standard turnover cleanings between apartment tenancies, clearing debris and deep-cleaning fixtures.</w:t>
      </w:r>
    </w:p>
    <w:p>
      <w:pPr>
        <w:pStyle w:val="ListBullet"/>
        <w:spacing w:before="0" w:after="20"/>
        <w:ind w:left="360"/>
      </w:pPr>
      <w:r>
        <w:rPr>
          <w:rFonts w:ascii="Georgia" w:hAnsi="Georgia"/>
          <w:color w:val="323232"/>
          <w:sz w:val="17"/>
        </w:rPr>
        <w:t>Conducted exterior grounds maintenance and active winter snow and ice clearing on walkways.</w:t>
      </w:r>
    </w:p>
    <w:p>
      <w:pPr>
        <w:spacing w:before="100" w:after="20"/>
      </w:pPr>
      <w:r>
        <w:rPr>
          <w:rFonts w:ascii="Georgia" w:hAnsi="Georgia"/>
          <w:b/>
          <w:color w:val="141414"/>
          <w:sz w:val="20"/>
        </w:rPr>
        <w:t>Shipping &amp; Receiving / Warehouse Custodian</w:t>
      </w:r>
      <w:r>
        <w:rPr>
          <w:rFonts w:ascii="Georgia" w:hAnsi="Georgia"/>
          <w:color w:val="A0A0A0"/>
          <w:sz w:val="18"/>
        </w:rPr>
        <w:t xml:space="preserve">   |   </w:t>
      </w:r>
      <w:r>
        <w:rPr>
          <w:rFonts w:ascii="Georgia" w:hAnsi="Georgia"/>
          <w:b/>
          <w:color w:val="18181B"/>
          <w:sz w:val="18"/>
        </w:rPr>
        <w:t>2023 – Present</w:t>
      </w:r>
    </w:p>
    <w:p>
      <w:pPr>
        <w:spacing w:before="0" w:after="40"/>
      </w:pPr>
      <w:r>
        <w:rPr>
          <w:rFonts w:ascii="Georgia" w:hAnsi="Georgia"/>
          <w:i/>
          <w:color w:val="505050"/>
          <w:sz w:val="18"/>
        </w:rPr>
        <w:t>Als Shoe Factory • Brantford, ON</w:t>
      </w:r>
    </w:p>
    <w:p>
      <w:pPr>
        <w:pStyle w:val="ListBullet"/>
        <w:spacing w:before="0" w:after="20"/>
        <w:ind w:left="360"/>
      </w:pPr>
      <w:r>
        <w:rPr>
          <w:rFonts w:ascii="Georgia" w:hAnsi="Georgia"/>
          <w:color w:val="323232"/>
          <w:sz w:val="17"/>
        </w:rPr>
        <w:t>Maintain an organized, clean, and hazard-free warehouse floor, inventory staging area, and loading dock.</w:t>
      </w:r>
    </w:p>
    <w:p>
      <w:pPr>
        <w:pStyle w:val="ListBullet"/>
        <w:spacing w:before="0" w:after="20"/>
        <w:ind w:left="360"/>
      </w:pPr>
      <w:r>
        <w:rPr>
          <w:rFonts w:ascii="Georgia" w:hAnsi="Georgia"/>
          <w:color w:val="323232"/>
          <w:sz w:val="17"/>
        </w:rPr>
        <w:t>Collect and process industrial packing materials, cardboard, and recyclable waste each shift.</w:t>
      </w:r>
    </w:p>
    <w:p>
      <w:pPr>
        <w:pStyle w:val="ListBullet"/>
        <w:spacing w:before="0" w:after="20"/>
        <w:ind w:left="360"/>
      </w:pPr>
      <w:r>
        <w:rPr>
          <w:rFonts w:ascii="Georgia" w:hAnsi="Georgia"/>
          <w:color w:val="323232"/>
          <w:sz w:val="17"/>
        </w:rPr>
        <w:t>Receive inbound freight, verifying quantities against bills of lading while keeping workspace pristine.</w:t>
      </w:r>
    </w:p>
    <w:p>
      <w:pPr>
        <w:spacing w:before="160" w:after="60"/>
        <w:pBdr>
          <w:bottom w:val="single" w:sz="8" w:space="2" w:color="18181B"/>
        </w:pBdr>
      </w:pPr>
      <w:r>
        <w:rPr>
          <w:rFonts w:ascii="Georgia" w:hAnsi="Georgia"/>
          <w:b/>
          <w:color w:val="18181B"/>
          <w:sz w:val="22"/>
        </w:rPr>
        <w:t>EDUCATION &amp; CREDENTIALS</w:t>
      </w:r>
    </w:p>
    <w:tbl>
      <w:tblPr>
        <w:tblW w:type="auto" w:w="0"/>
        <w:jc w:val="center"/>
        <w:tblLook w:firstColumn="1" w:firstRow="1" w:lastColumn="0" w:lastRow="0" w:noHBand="0" w:noVBand="1" w:val="04A0"/>
      </w:tblPr>
      <w:tblGrid>
        <w:gridCol w:w="6480"/>
        <w:gridCol w:w="4320"/>
      </w:tblGrid>
      <w:tr>
        <w:tc>
          <w:tcPr>
            <w:tcW w:type="dxa" w:w="5400"/>
            <w:tcMar>
              <w:top w:w="40" w:type="dxa"/>
              <w:bottom w:w="40" w:type="dxa"/>
              <w:left w:w="80" w:type="dxa"/>
              <w:right w:w="80" w:type="dxa"/>
            </w:tcMar>
          </w:tcPr>
          <w:p>
            <w:pPr>
              <w:spacing w:before="0" w:after="40"/>
            </w:pPr>
            <w:r>
              <w:rPr>
                <w:rFonts w:ascii="Georgia" w:hAnsi="Georgia"/>
                <w:b/>
                <w:sz w:val="18"/>
              </w:rPr>
              <w:t>Allanti School of Hairstyling &amp; Aesthetics</w:t>
              <w:br/>
            </w:r>
            <w:r>
              <w:rPr>
                <w:rFonts w:ascii="Georgia" w:hAnsi="Georgia"/>
                <w:color w:val="5A5A5A"/>
                <w:sz w:val="17"/>
              </w:rPr>
              <w:t>Vocational Studies • 2016 – 2017</w:t>
              <w:br/>
              <w:br/>
            </w:r>
            <w:r>
              <w:rPr>
                <w:rFonts w:ascii="Georgia" w:hAnsi="Georgia"/>
                <w:b/>
                <w:sz w:val="18"/>
              </w:rPr>
              <w:t>Waterford District High School</w:t>
              <w:br/>
            </w:r>
            <w:r>
              <w:rPr>
                <w:rFonts w:ascii="Georgia" w:hAnsi="Georgia"/>
                <w:color w:val="5A5A5A"/>
                <w:sz w:val="17"/>
              </w:rPr>
              <w:t>Secondary School Diploma • 2007 – 2009</w:t>
            </w:r>
          </w:p>
        </w:tc>
        <w:tc>
          <w:tcPr>
            <w:tcW w:type="dxa" w:w="5400"/>
            <w:tcMar>
              <w:top w:w="40" w:type="dxa"/>
              <w:bottom w:w="40" w:type="dxa"/>
              <w:left w:w="80" w:type="dxa"/>
              <w:right w:w="80" w:type="dxa"/>
            </w:tcMar>
          </w:tcPr>
          <w:p>
            <w:pPr>
              <w:spacing w:before="0" w:after="40"/>
            </w:pPr>
            <w:r>
              <w:rPr>
                <w:rFonts w:ascii="Georgia" w:hAnsi="Georgia"/>
                <w:b/>
                <w:sz w:val="18"/>
              </w:rPr>
              <w:t>References:</w:t>
              <w:br/>
            </w:r>
            <w:r>
              <w:rPr>
                <w:rFonts w:ascii="Georgia" w:hAnsi="Georgia"/>
                <w:i/>
                <w:color w:val="5A5A5A"/>
                <w:sz w:val="17"/>
              </w:rPr>
              <w:t>Professional &amp; supervisory references available immediately upon request.</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